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3C902" w14:textId="77777777" w:rsidR="00A1063C" w:rsidRDefault="00535AF3">
      <w:r>
        <w:rPr>
          <w:noProof/>
        </w:rPr>
      </w:r>
    </w:p>
    <w:p w14:paraId="64632E7C" w14:textId="77777777" w:rsidR="00A1063C" w:rsidRDefault="00535AF3">
      <w:pPr>
        <w:pStyle w:val="Subtitle"/>
      </w:pPr>
      <w:r>
        <w:rPr>
          <w:b/>
          <w:color w:val="FF0019"/>
        </w:rPr>
        <w:t>AATA MEMBERSHIP</w:t>
      </w:r>
    </w:p>
    <w:p w14:paraId="4BFB464E" w14:textId="77777777" w:rsidR="00A1063C" w:rsidRDefault="00535AF3">
      <w:pPr>
        <w:spacing w:after="40"/>
        <w:jc w:val="right"/>
      </w:pPr>
      <w:r>
        <w:rPr>
          <w:noProof/>
        </w:rPr>
      </w:r>
    </w:p>
    <w:p w14:paraId="01C4F076" w14:textId="77777777" w:rsidR="00A1063C" w:rsidRDefault="00535AF3">
      <w:pPr>
        <w:pStyle w:val="Title"/>
      </w:pPr>
      <w:r>
        <w:t>Therapeutic Parenting</w:t>
      </w:r>
      <w:r>
        <w:br/>
        <w:t>Membership Pack</w:t>
      </w:r>
    </w:p>
    <w:p w14:paraId="7B499556" w14:textId="77777777" w:rsidR="00A1063C" w:rsidRDefault="00535AF3">
      <w:pPr>
        <w:pStyle w:val="Subtitle"/>
      </w:pPr>
      <w:r>
        <w:t>ATTUNE Academy of Therapeutic Approaches</w:t>
      </w:r>
    </w:p>
    <w:p w14:paraId="50F30678" w14:textId="77777777" w:rsidR="00A1063C" w:rsidRDefault="00535AF3">
      <w:r>
        <w:t>A voluntary membership scheme operated by LifetrainUK Ltd</w:t>
      </w:r>
    </w:p>
    <w:p w14:paraId="164C0EAD" w14:textId="77777777" w:rsidR="00A1063C" w:rsidRDefault="00535AF3">
      <w:r>
        <w:rPr>
          <w:b/>
          <w:color w:val="FF0019"/>
          <w:sz w:val="46"/>
        </w:rPr>
        <w:t>First year free</w:t>
      </w:r>
    </w:p>
    <w:p w14:paraId="7EDBB798" w14:textId="77777777" w:rsidR="00A1063C" w:rsidRDefault="00535AF3">
      <w:r>
        <w:rPr>
          <w:b/>
          <w:sz w:val="36"/>
        </w:rPr>
        <w:t>Then £39 a year</w:t>
      </w:r>
    </w:p>
    <w:p w14:paraId="4E1F3DA0" w14:textId="77777777" w:rsidR="00A1063C" w:rsidRDefault="00535AF3">
      <w:r>
        <w:t>For parents, carers and residential care staff who have completed an eligible award.</w:t>
      </w:r>
    </w:p>
    <w:p w14:paraId="1F8C0343" w14:textId="77777777" w:rsidR="00A1063C" w:rsidRDefault="00535AF3">
      <w:r>
        <w:t>Your guide to membership benefits, eligibility, standards, the code of conduct, terms and applying to join.</w:t>
      </w:r>
    </w:p>
    <w:p w14:paraId="5965D68A" w14:textId="77777777" w:rsidR="00A1063C" w:rsidRDefault="00535AF3">
      <w:r>
        <w:t>Includes an application form, space for your reflection, applicant declarations and cancellation wording.</w:t>
      </w:r>
    </w:p>
    <w:p w14:paraId="32E444A0" w14:textId="77777777" w:rsidR="00A1063C" w:rsidRDefault="00535AF3">
      <w:pPr>
        <w:pStyle w:val="Heading2"/>
      </w:pPr>
      <w:r>
        <w:t>For more information, please contact info@ltuk.org</w:t>
      </w:r>
    </w:p>
    <w:p w14:paraId="7A297574" w14:textId="77777777" w:rsidR="00A1063C" w:rsidRDefault="00535AF3">
      <w:r>
        <w:t>Membership pack | 16 October 2026</w:t>
      </w:r>
    </w:p>
    <w:p w14:paraId="238BE059" w14:textId="77777777" w:rsidR="00A1063C" w:rsidRDefault="00535AF3">
      <w:r/>
    </w:p>
    <w:p w14:paraId="482A7DE3" w14:textId="77777777" w:rsidR="00A1063C" w:rsidRDefault="00535AF3">
      <w:pPr>
        <w:pStyle w:val="Heading1"/>
        <w:shd w:val="clear" w:color="auto" w:fill="64177D"/>
        <w:ind w:left="160" w:right="160"/>
      </w:pPr>
      <w:r>
        <w:t>Your membership</w:t>
      </w:r>
    </w:p>
    <w:p w14:paraId="212C5937" w14:textId="77777777" w:rsidR="00A1063C" w:rsidRDefault="00535AF3">
      <w:r>
        <w:t>Welcome to the ATTUNE Academy of Therapeutic Approaches (AATA), operated by LifetrainUK Ltd. Membership recognises eligible graduates of the ATTUNE Therapeutic Parenting Award, Therapeutic Practitioners Award and Advanced Therapeutic Practitioners Award. This pack explains membership benefits, eligibility, standards, the code of conduct, terms and how to apply.</w:t>
      </w:r>
    </w:p>
    <w:p w14:paraId="3D674E19" w14:textId="77777777" w:rsidR="00A1063C" w:rsidRDefault="00535AF3">
      <w:r>
        <w:t>Membership is open to eligible parents, carers and children’s home staff and managers. Your first 12 months of approved membership are free, with optional renewal at £39 a year.</w:t>
      </w:r>
    </w:p>
    <w:p w14:paraId="3F2BFAFC" w14:textId="77777777" w:rsidR="00A1063C" w:rsidRDefault="00535AF3">
      <w:pPr>
        <w:pStyle w:val="Heading2"/>
      </w:pPr>
      <w:r>
        <w:t>Your membership</w:t>
      </w:r>
    </w:p>
    <w:p w14:paraId="15487096" w14:textId="77777777" w:rsidR="00A1063C" w:rsidRDefault="00535AF3">
      <w:pPr>
        <w:pStyle w:val="ListBullet"/>
      </w:pPr>
      <w:r>
        <w:t>LifetrainUK Ltd operates the Academy as part of its existing business.</w:t>
      </w:r>
    </w:p>
    <w:p w14:paraId="1713F892" w14:textId="77777777" w:rsidR="00A1063C" w:rsidRDefault="00535AF3">
      <w:pPr>
        <w:pStyle w:val="ListBullet"/>
      </w:pPr>
      <w:r>
        <w:t>Parents and carers who complete the ATTUNE Therapeutic Parenting Award can apply. Residential care staff who complete the Therapeutic Practitioners Award or Advanced Therapeutic Practitioners Award can also apply.</w:t>
      </w:r>
    </w:p>
    <w:p w14:paraId="7433B6DA" w14:textId="77777777" w:rsidR="00A1063C" w:rsidRDefault="00535AF3">
      <w:pPr>
        <w:pStyle w:val="ListBullet"/>
      </w:pPr>
      <w:r>
        <w:t>The first 12 months of approved membership will be free. Renewal will cost £39 for each subsequent 12 month period.</w:t>
      </w:r>
    </w:p>
    <w:p w14:paraId="7EFAC3C6" w14:textId="77777777" w:rsidR="00A1063C" w:rsidRDefault="00535AF3">
      <w:pPr>
        <w:pStyle w:val="Heading2"/>
      </w:pPr>
      <w:r>
        <w:t>Purpose and recognition</w:t>
      </w:r>
    </w:p>
    <w:p w14:paraId="7535896C" w14:textId="77777777" w:rsidR="00A1063C" w:rsidRDefault="00535AF3">
      <w:r>
        <w:t>The Academy recognises therapeutic parenting learning, encourages safe application of the ATTUNE model and supports continued reflection and development. The parent and carer designation is AATA Registered Therapeutic Parent — ATTUNE pathway. Children’s home staff and managers join as residential care members. These descriptions recognise membership within this voluntary scheme only.</w:t>
      </w:r>
    </w:p>
    <w:p w14:paraId="21E5F63D" w14:textId="77777777" w:rsidR="00A1063C" w:rsidRDefault="00535AF3">
      <w:r>
        <w:t>The scheme will not confer statutory registration, qualify members to practise psychotherapy or psychology, approve foster carers, or replace an employer’s or fostering service’s responsibilities. No government, Ofsted, ACCPH, AQA or Professional Standards Authority endorsement is claimed for this membership scheme.</w:t>
      </w:r>
    </w:p>
    <w:p w14:paraId="0E243B55" w14:textId="77777777" w:rsidR="00A1063C" w:rsidRDefault="00535AF3">
      <w:pPr>
        <w:pStyle w:val="Heading2"/>
      </w:pPr>
      <w:r>
        <w:t>Membership benefits</w:t>
      </w:r>
    </w:p>
    <w:p w14:paraId="1F04F60F" w14:textId="77777777" w:rsidR="00A1063C" w:rsidRDefault="00535AF3">
      <w:r>
        <w:t>Members receive a digital membership certificate, a unique verification number, a dated membership badge and membership learning resources. Invitations to group learning and reflective practice opportunities will state the dates, availability and any separate charge. Individual therapy, supervision and the full Learning Hub subscription are not included unless expressly stated.</w:t>
      </w:r>
    </w:p>
    <w:p w14:paraId="1C60708C" w14:textId="77777777" w:rsidR="00A1063C" w:rsidRDefault="00535AF3">
      <w:pPr>
        <w:pStyle w:val="Heading2"/>
      </w:pPr>
      <w:r>
        <w:t>Fees and membership dates</w:t>
      </w:r>
    </w:p>
    <w:p w14:paraId="3ACA6F32" w14:textId="77777777" w:rsidR="00A1063C" w:rsidRDefault="00535AF3">
      <w:r>
        <w:t>£39 is the total annual renewal price, including VAT if applicable. Renewal is by invitation and affirmative payment, with no automatic charge. Your free year starts when your application is approved following successful completion of an eligible award. This applies equally to eligible graduates who completed their award before the scheme opened.</w:t>
      </w:r>
    </w:p>
    <w:p w14:paraId="03189DD2" w14:textId="77777777" w:rsidR="00A1063C" w:rsidRDefault="00535AF3">
      <w:r/>
    </w:p>
    <w:p w14:paraId="626B2DCB" w14:textId="77777777" w:rsidR="00A1063C" w:rsidRDefault="00535AF3">
      <w:pPr>
        <w:pStyle w:val="Heading1"/>
        <w:shd w:val="clear" w:color="auto" w:fill="64177D"/>
        <w:ind w:left="160" w:right="160"/>
      </w:pPr>
      <w:r>
        <w:t>Membership and registration standards</w:t>
      </w:r>
    </w:p>
    <w:p w14:paraId="44C8C0E8" w14:textId="77777777" w:rsidR="00A1063C" w:rsidRDefault="00535AF3">
      <w:pPr>
        <w:pStyle w:val="Heading2"/>
      </w:pPr>
      <w:r>
        <w:t>Who can apply</w:t>
      </w:r>
    </w:p>
    <w:p w14:paraId="649D4DEF" w14:textId="77777777" w:rsidR="00A1063C" w:rsidRDefault="00535AF3">
      <w:r>
        <w:t>Applicants must be aged 18 or over and have successfully completed an eligible award. Parents and carers apply through the ATTUNE Therapeutic Parenting Award route. Residential care staff apply following completion of the Therapeutic Practitioners Award or Advanced Therapeutic Practitioners Award. LifetrainUK must verify successful completion; attendance alone is insufficient.</w:t>
      </w:r>
    </w:p>
    <w:p w14:paraId="01C3B8DF" w14:textId="77777777" w:rsidR="00A1063C" w:rsidRDefault="00535AF3">
      <w:r>
        <w:t>Children’s home staff at all levels can apply, including residential care workers, support workers, senior staff, deputy managers and managers. You must have successfully completed the Therapeutic Practitioners Award or Advanced Therapeutic Practitioners Award. Your first 12 months of approved membership are free, followed by optional renewal at £39 a year. Residential care members use their approved membership category; the Registered Therapeutic Parent designation is reserved for the parent and carer rout</w:t>
      </w:r>
      <w:r>
        <w:t>e.</w:t>
      </w:r>
    </w:p>
    <w:p w14:paraId="4C97FDD4" w14:textId="77777777" w:rsidR="00A1063C" w:rsidRDefault="00535AF3">
      <w:pPr>
        <w:pStyle w:val="Heading2"/>
      </w:pPr>
      <w:r>
        <w:t>Application evidence</w:t>
      </w:r>
    </w:p>
    <w:p w14:paraId="7DF19E68" w14:textId="77777777" w:rsidR="00A1063C" w:rsidRDefault="00535AF3">
      <w:pPr>
        <w:pStyle w:val="ListBullet"/>
      </w:pPr>
      <w:r>
        <w:t>Name, contact details, parenting, caring or residential care role, eligible award title, completion date and certificate or learner reference.</w:t>
      </w:r>
    </w:p>
    <w:p w14:paraId="3956FE4F" w14:textId="77777777" w:rsidR="00A1063C" w:rsidRDefault="00535AF3">
      <w:pPr>
        <w:pStyle w:val="ListBullet"/>
      </w:pPr>
      <w:r>
        <w:t>A short anonymised reflection showing understanding of ATTUNE, its practical application, boundaries and when to seek help. Existing assessed award evidence may be reused with permission; avoid duplicating work.</w:t>
      </w:r>
    </w:p>
    <w:p w14:paraId="5966E05C" w14:textId="77777777" w:rsidR="00A1063C" w:rsidRDefault="00535AF3">
      <w:pPr>
        <w:pStyle w:val="ListBullet"/>
      </w:pPr>
      <w:r>
        <w:t>Agreement to the code of conduct and membership terms, with proportionate declarations about relevant safeguarding or professional restrictions. Do not submit confidential case files.</w:t>
      </w:r>
    </w:p>
    <w:p w14:paraId="5ABA0415" w14:textId="77777777" w:rsidR="00A1063C" w:rsidRDefault="00535AF3">
      <w:pPr>
        <w:pStyle w:val="Heading2"/>
      </w:pPr>
      <w:r>
        <w:t>Approval process</w:t>
      </w:r>
    </w:p>
    <w:p w14:paraId="2D3B9197" w14:textId="77777777" w:rsidR="00A1063C" w:rsidRDefault="00535AF3">
      <w:r>
        <w:t>An authorised assessor checks award completion and the application against a recorded checklist. The assessor may request clarification, approve, defer or decline the application, giving reasons. Applicants can request a review within 28 days. A reviewer who did not make the original decision will handle the review.</w:t>
      </w:r>
    </w:p>
    <w:p w14:paraId="614D2046" w14:textId="77777777" w:rsidR="00A1063C" w:rsidRDefault="00535AF3">
      <w:r>
        <w:t>Completing a paid course does not guarantee membership. There is no separate membership assessment fee. Any identity or role checks will be proportionate. Membership is not comprehensive vetting or a guarantee of suitability for a role.</w:t>
      </w:r>
    </w:p>
    <w:p w14:paraId="66DC1623" w14:textId="77777777" w:rsidR="00A1063C" w:rsidRDefault="00535AF3">
      <w:pPr>
        <w:pStyle w:val="Heading2"/>
      </w:pPr>
      <w:r>
        <w:t>Keeping registration current</w:t>
      </w:r>
    </w:p>
    <w:p w14:paraId="244A2E75" w14:textId="77777777" w:rsidR="00A1063C" w:rsidRDefault="00535AF3">
      <w:r>
        <w:t>Each year, members must complete at least six hours of relevant continuing professional development and one short anonymised reflective account. Relevant employer or agency training can count. Members confirm compliance at renewal, and LifetrainUK Ltd may request a sample of records.</w:t>
      </w:r>
    </w:p>
    <w:p w14:paraId="4CE50E01" w14:textId="77777777" w:rsidR="00A1063C" w:rsidRDefault="00535AF3">
      <w:r>
        <w:t>Members must keep their contact and role details accurate, comply with the code, and disclose relevant new restrictions or findings that may affect safe practice. Members should not send children’s names or case details in routine renewal submissions.</w:t>
      </w:r>
    </w:p>
    <w:p w14:paraId="0A570B7E" w14:textId="77777777" w:rsidR="00A1063C" w:rsidRDefault="00535AF3">
      <w:pPr>
        <w:pStyle w:val="Heading2"/>
      </w:pPr>
      <w:r>
        <w:t>Register and verification</w:t>
      </w:r>
    </w:p>
    <w:p w14:paraId="48608D0E" w14:textId="77777777" w:rsidR="00A1063C" w:rsidRDefault="00535AF3">
      <w:r>
        <w:t>The Academy keeps a private membership register. Verification by membership number confirms only the minimum necessary information, such as current status and expiry date. There is no searchable public directory of carers. Access to membership records is restricted to authorised personnel.</w:t>
      </w:r>
    </w:p>
    <w:p w14:paraId="3B103956" w14:textId="77777777" w:rsidR="00A1063C" w:rsidRDefault="00535AF3">
      <w:r/>
    </w:p>
    <w:p w14:paraId="78747D9E" w14:textId="77777777" w:rsidR="00A1063C" w:rsidRDefault="00535AF3">
      <w:pPr>
        <w:pStyle w:val="Heading1"/>
        <w:shd w:val="clear" w:color="auto" w:fill="64177D"/>
        <w:ind w:left="160" w:right="160"/>
      </w:pPr>
      <w:r>
        <w:t>Member code of conduct</w:t>
      </w:r>
    </w:p>
    <w:p w14:paraId="28040D63" w14:textId="77777777" w:rsidR="00A1063C" w:rsidRDefault="00535AF3">
      <w:r>
        <w:t>This code applies to every member, including during the free year. Members are accountable for how they describe and use their membership.</w:t>
      </w:r>
    </w:p>
    <w:p w14:paraId="3E825386" w14:textId="77777777" w:rsidR="00A1063C" w:rsidRDefault="00535AF3">
      <w:pPr>
        <w:pStyle w:val="Heading2"/>
      </w:pPr>
      <w:r>
        <w:t>Put children’s safety and wellbeing first</w:t>
      </w:r>
    </w:p>
    <w:p w14:paraId="28CB1D3D" w14:textId="77777777" w:rsidR="00A1063C" w:rsidRDefault="00535AF3">
      <w:r>
        <w:t>Use approaches that protect dignity, emotional safety and development. Respond to safeguarding concerns promptly through the appropriate agency, employer or statutory route. Membership support is not an emergency or safeguarding reporting service.</w:t>
      </w:r>
    </w:p>
    <w:p w14:paraId="132D73AC" w14:textId="77777777" w:rsidR="00A1063C" w:rsidRDefault="00535AF3">
      <w:pPr>
        <w:pStyle w:val="Heading2"/>
      </w:pPr>
      <w:r>
        <w:t>Use compassionate and respectful care</w:t>
      </w:r>
    </w:p>
    <w:p w14:paraId="51BB3E0A" w14:textId="77777777" w:rsidR="00A1063C" w:rsidRDefault="00535AF3">
      <w:r>
        <w:t>Apply the ATTUNE principles of Awareness of trauma, Time In, Trust building, Understanding the why, Nurture over punishment and Emotions drive behaviour. Listen to children, respect their views and avoid humiliating, coercive or discriminatory practices.</w:t>
      </w:r>
    </w:p>
    <w:p w14:paraId="1747D416" w14:textId="77777777" w:rsidR="00A1063C" w:rsidRDefault="00535AF3">
      <w:pPr>
        <w:pStyle w:val="Heading2"/>
      </w:pPr>
      <w:r>
        <w:t>Stay within your role and competence</w:t>
      </w:r>
    </w:p>
    <w:p w14:paraId="39A00A4A" w14:textId="77777777" w:rsidR="00A1063C" w:rsidRDefault="00535AF3">
      <w:r>
        <w:t>Recognise the limits of training. Seek advice, supervision or specialist referral when needed. Do not diagnose, offer clinical treatment or claim professional qualifications on the basis of this membership.</w:t>
      </w:r>
    </w:p>
    <w:p w14:paraId="4BB7787F" w14:textId="77777777" w:rsidR="00A1063C" w:rsidRDefault="00535AF3">
      <w:pPr>
        <w:pStyle w:val="Heading2"/>
      </w:pPr>
      <w:r>
        <w:t>Protect confidentiality</w:t>
      </w:r>
    </w:p>
    <w:p w14:paraId="58968224" w14:textId="77777777" w:rsidR="00A1063C" w:rsidRDefault="00535AF3">
      <w:r>
        <w:t>Keep personal information secure. Anonymise learning discussions and written reflections. Share safeguarding information appropriately when required; confidentiality must never be used to conceal harm.</w:t>
      </w:r>
    </w:p>
    <w:p w14:paraId="210B8F66" w14:textId="77777777" w:rsidR="00A1063C" w:rsidRDefault="00535AF3">
      <w:pPr>
        <w:pStyle w:val="Heading2"/>
      </w:pPr>
      <w:r>
        <w:t>Work responsibly with others</w:t>
      </w:r>
    </w:p>
    <w:p w14:paraId="5388FA3F" w14:textId="77777777" w:rsidR="00A1063C" w:rsidRDefault="00535AF3">
      <w:r>
        <w:t>Follow applicable care plans, safeguarding procedures and lawful professional guidance. Raise concerns respectfully and work with the child’s support network. The ATTUNE award does not override statutory duties or agency requirements.</w:t>
      </w:r>
    </w:p>
    <w:p w14:paraId="48F51396" w14:textId="77777777" w:rsidR="00A1063C" w:rsidRDefault="00535AF3">
      <w:pPr>
        <w:pStyle w:val="Heading2"/>
      </w:pPr>
      <w:r>
        <w:t>Describe membership honestly</w:t>
      </w:r>
    </w:p>
    <w:p w14:paraId="7CFD2D04" w14:textId="77777777" w:rsidR="00A1063C" w:rsidRDefault="00535AF3">
      <w:r>
        <w:t>Use only the designation and badge approved for your membership category while membership is current. State that registration is with this scheme. Do not imply statutory regulation, independent accreditation or permission to train or accredit others.</w:t>
      </w:r>
    </w:p>
    <w:p w14:paraId="17B4F641" w14:textId="77777777" w:rsidR="00A1063C" w:rsidRDefault="00535AF3">
      <w:pPr>
        <w:pStyle w:val="Heading2"/>
      </w:pPr>
      <w:r>
        <w:t>Keep learning and cooperate with concerns</w:t>
      </w:r>
    </w:p>
    <w:p w14:paraId="1457E293" w14:textId="77777777" w:rsidR="00A1063C" w:rsidRDefault="00535AF3">
      <w:r>
        <w:t>Maintain relevant development and reflection. Cooperate fairly with complaints and safeguarding processes, disclose relevant restrictions and avoid retaliation against anyone who raises a concern.</w:t>
      </w:r>
    </w:p>
    <w:p w14:paraId="0A9BD568" w14:textId="77777777" w:rsidR="00A1063C" w:rsidRDefault="00535AF3">
      <w:pPr>
        <w:pStyle w:val="Heading2"/>
      </w:pPr>
      <w:r>
        <w:t>How concerns will be handled</w:t>
      </w:r>
    </w:p>
    <w:p w14:paraId="1756AC82" w14:textId="77777777" w:rsidR="00A1063C" w:rsidRDefault="00535AF3">
      <w:r>
        <w:t>LifetrainUK will acknowledge concerns, assess immediate risk and decide whether another authority must be involved. Members will receive sufficient detail and an opportunity to respond, subject to safeguarding and confidentiality needs. Possible outcomes include no action, advice, conditions, suspension or removal, with written reasons and a review route.</w:t>
      </w:r>
    </w:p>
    <w:p w14:paraId="7324B3C4" w14:textId="77777777" w:rsidR="00A1063C" w:rsidRDefault="00535AF3">
      <w:r>
        <w:t>Interim suspension may be used where necessary to manage serious risk; it is not a finding of wrongdoing. Members receive written reasons and may request an appeal within 28 days of the decision. Someone not involved in the original decision will review the appeal. Concerns involving a director will be handled independently.</w:t>
      </w:r>
    </w:p>
    <w:p w14:paraId="62115D6A" w14:textId="77777777" w:rsidR="00A1063C" w:rsidRDefault="00535AF3">
      <w:r/>
    </w:p>
    <w:p w14:paraId="4F39850C" w14:textId="77777777" w:rsidR="00A1063C" w:rsidRDefault="00535AF3">
      <w:pPr>
        <w:pStyle w:val="Heading1"/>
        <w:shd w:val="clear" w:color="auto" w:fill="64177D"/>
        <w:ind w:left="160" w:right="160"/>
      </w:pPr>
      <w:r>
        <w:t>Membership terms</w:t>
      </w:r>
    </w:p>
    <w:p w14:paraId="6CB1F985" w14:textId="77777777" w:rsidR="00A1063C" w:rsidRDefault="00535AF3">
      <w:r>
        <w:t>Your membership agreement is with LifetrainUK Ltd, which operates the ATTUNE Academy of Therapeutic Approaches. The Academy is a membership scheme, not a separate legal entity. These terms apply to the introductory free year and any paid renewal. Contact us through the LifetrainUK website or the contact details in your membership confirmation.</w:t>
      </w:r>
    </w:p>
    <w:p w14:paraId="02BE4D32" w14:textId="77777777" w:rsidR="00A1063C" w:rsidRDefault="00535AF3">
      <w:pPr>
        <w:pStyle w:val="Heading2"/>
      </w:pPr>
      <w:r>
        <w:t>Joining and the free year</w:t>
      </w:r>
    </w:p>
    <w:p w14:paraId="59A41D9A" w14:textId="77777777" w:rsidR="00A1063C" w:rsidRDefault="00535AF3">
      <w:r>
        <w:t>Membership begins on the approval date stated in your confirmation and lasts for 12 months. Your first approved membership year is free after successful completion of an eligible award: the ATTUNE Therapeutic Parenting Award for parents and carers, or the Therapeutic Practitioners Award or Advanced Therapeutic Practitioners Award for residential care staff. Each eligible award has its own separate fees and terms. Membership requires an application and is optional. The introductory free year is available onc</w:t>
      </w:r>
      <w:r>
        <w:t>e per person; leaving and rejoining does not restart it.</w:t>
      </w:r>
    </w:p>
    <w:p w14:paraId="08107DC2" w14:textId="77777777" w:rsidR="00A1063C" w:rsidRDefault="00535AF3">
      <w:pPr>
        <w:pStyle w:val="Heading2"/>
      </w:pPr>
      <w:r>
        <w:t>Annual renewal and payment</w:t>
      </w:r>
    </w:p>
    <w:p w14:paraId="7BB539AA" w14:textId="77777777" w:rsidR="00A1063C" w:rsidRDefault="00535AF3">
      <w:r>
        <w:t>After the free year, renewal costs £39 for each further 12 months, payable in advance. This is the total member price, including VAT where applicable. We will invite you to renew approximately 30 days before expiry. You must meet the renewal standards and choose to pay. We will not automatically enrol you into paid membership or charge you without your agreement.</w:t>
      </w:r>
    </w:p>
    <w:p w14:paraId="727225D1" w14:textId="77777777" w:rsidR="00A1063C" w:rsidRDefault="00535AF3">
      <w:r>
        <w:t>If you do not renew, membership expires on the stated expiry date and no renewal debt arises. Future price changes will be explained before renewal; a price change will not alter a membership year already paid for.</w:t>
      </w:r>
    </w:p>
    <w:p w14:paraId="2021B4E5" w14:textId="77777777" w:rsidR="00A1063C" w:rsidRDefault="00535AF3">
      <w:pPr>
        <w:pStyle w:val="Heading2"/>
      </w:pPr>
      <w:r>
        <w:t>Your membership and materials</w:t>
      </w:r>
    </w:p>
    <w:p w14:paraId="4825734F" w14:textId="77777777" w:rsidR="00A1063C" w:rsidRDefault="00535AF3">
      <w:r>
        <w:t>Membership is personal and cannot be transferred. Benefits are those described in the offer accepted at joining or renewal. It does not automatically extend access to separately purchased courses or subscriptions. Resources are for your own permitted learning and caring use; redistribution or commercial reuse requires written permission.</w:t>
      </w:r>
    </w:p>
    <w:p w14:paraId="5FC5676D" w14:textId="77777777" w:rsidR="00A1063C" w:rsidRDefault="00535AF3">
      <w:r>
        <w:t>You may use the current designation and dated badge approved for your membership category while membership is current. On expiry, suspension or removal, stop representing yourself as currently registered and remove current membership claims from promotional material. Your award certificate remains evidence of your course achievement; it is distinct from current registration.</w:t>
      </w:r>
    </w:p>
    <w:p w14:paraId="331DB69C" w14:textId="77777777" w:rsidR="00A1063C" w:rsidRDefault="00535AF3">
      <w:r/>
    </w:p>
    <w:p w14:paraId="15F35BBC" w14:textId="77777777" w:rsidR="00A1063C" w:rsidRDefault="00535AF3">
      <w:pPr>
        <w:pStyle w:val="Heading1"/>
        <w:shd w:val="clear" w:color="auto" w:fill="64177D"/>
        <w:ind w:left="160" w:right="160"/>
      </w:pPr>
      <w:r>
        <w:t>Membership terms continued</w:t>
      </w:r>
    </w:p>
    <w:p w14:paraId="341305B4" w14:textId="77777777" w:rsidR="00A1063C" w:rsidRDefault="00535AF3">
      <w:pPr>
        <w:pStyle w:val="Heading2"/>
      </w:pPr>
      <w:r>
        <w:t>Cancellation and refunds</w:t>
      </w:r>
    </w:p>
    <w:p w14:paraId="58CE8C07" w14:textId="77777777" w:rsidR="00A1063C" w:rsidRDefault="00535AF3">
      <w:r>
        <w:t>You may end membership by contacting us through the LifetrainUK website or the contact details in your membership confirmation. You may cancel a paid joining or renewal purchase within 14 days after it is agreed and receive a full refund, without deductions for membership used during that period. To cancel, send your name, membership number, purchase date and a clear statement that you wish to cancel. You may use the cancellation wording at the end of this pack, but do not have to.</w:t>
      </w:r>
    </w:p>
    <w:p w14:paraId="06DEC6E2" w14:textId="77777777" w:rsidR="00A1063C" w:rsidRDefault="00535AF3">
      <w:r>
        <w:t>After that period, ending membership stops future renewals. Refund requests will be considered fairly in light of services supplied, any provider failure and your legal rights; no blanket exclusion of statutory refund rights applies. If we end the scheme without member fault, we will refund the unused proportion of any paid membership year.</w:t>
      </w:r>
    </w:p>
    <w:p w14:paraId="2B807384" w14:textId="77777777" w:rsidR="00A1063C" w:rsidRDefault="00535AF3">
      <w:pPr>
        <w:pStyle w:val="Heading2"/>
      </w:pPr>
      <w:r>
        <w:t>Standards and concerns</w:t>
      </w:r>
    </w:p>
    <w:p w14:paraId="79DC5741" w14:textId="77777777" w:rsidR="00A1063C" w:rsidRDefault="00535AF3">
      <w:r>
        <w:t>Membership depends on compliance with the code and standards in this pack. Complaints, suspension, removal and appeals follow the process described here. Nothing in these terms limits rights or liabilities that cannot lawfully be limited. Membership information is handled as described in the member information section. The scheme does not provide clinical registration, foster carer approval or an emergency service.</w:t>
      </w:r>
    </w:p>
    <w:p w14:paraId="150C63AF" w14:textId="77777777" w:rsidR="00A1063C" w:rsidRDefault="00535AF3">
      <w:r/>
    </w:p>
    <w:p w14:paraId="1758E8D9" w14:textId="77777777" w:rsidR="00A1063C" w:rsidRDefault="00535AF3">
      <w:pPr>
        <w:pStyle w:val="Heading1"/>
        <w:shd w:val="clear" w:color="auto" w:fill="64177D"/>
        <w:ind w:left="160" w:right="160"/>
      </w:pPr>
      <w:r>
        <w:t>Membership application</w:t>
      </w:r>
    </w:p>
    <w:p w14:paraId="48E9901E" w14:textId="77777777" w:rsidR="00A1063C" w:rsidRDefault="00535AF3">
      <w:pPr>
        <w:keepNext/>
      </w:pPr>
      <w:r>
        <w:t>Complete this form and contact LifetrainUK through its website for the current submission route. Do not include children’s names, addresses, case histories or other identifying details. Any sensitive declaration must be made separately through the secure route provided.</w:t>
      </w:r>
    </w:p>
    <w:p w14:paraId="434AAD15" w14:textId="77777777" w:rsidR="00A1063C" w:rsidRDefault="00535AF3">
      <w:pPr>
        <w:keepNext/>
      </w:pPr>
      <w:r>
        <w:t>Full name and preferred name</w:t>
      </w:r>
    </w:p>
    <w:p w14:paraId="22DEE4D5" w14:textId="77777777" w:rsidR="00A1063C" w:rsidRDefault="00A1063C">
      <w:pPr>
        <w:pBdr>
          <w:bottom w:val="single" w:sz="4" w:space="0" w:color="D9C8E0"/>
        </w:pBdr>
        <w:spacing w:after="200"/>
      </w:pPr>
    </w:p>
    <w:p w14:paraId="5BFD8FED" w14:textId="77777777" w:rsidR="00A1063C" w:rsidRDefault="00535AF3">
      <w:pPr>
        <w:keepNext/>
      </w:pPr>
      <w:r>
        <w:t>Email address and telephone number</w:t>
      </w:r>
    </w:p>
    <w:p w14:paraId="29875B0E" w14:textId="77777777" w:rsidR="00A1063C" w:rsidRDefault="00A1063C">
      <w:pPr>
        <w:pBdr>
          <w:bottom w:val="single" w:sz="4" w:space="0" w:color="D9C8E0"/>
        </w:pBdr>
        <w:spacing w:after="200"/>
      </w:pPr>
    </w:p>
    <w:p w14:paraId="48BCE766" w14:textId="77777777" w:rsidR="00A1063C" w:rsidRDefault="00535AF3">
      <w:pPr>
        <w:keepNext/>
      </w:pPr>
      <w:r>
        <w:t>Parenting or residential care role and organisation if applicable</w:t>
      </w:r>
    </w:p>
    <w:p w14:paraId="1206208E" w14:textId="77777777" w:rsidR="00A1063C" w:rsidRDefault="00A1063C">
      <w:pPr>
        <w:pBdr>
          <w:bottom w:val="single" w:sz="4" w:space="0" w:color="D9C8E0"/>
        </w:pBdr>
        <w:spacing w:after="200"/>
      </w:pPr>
    </w:p>
    <w:p w14:paraId="101B9BAA" w14:textId="77777777" w:rsidR="00A1063C" w:rsidRDefault="00535AF3">
      <w:pPr>
        <w:keepNext/>
      </w:pPr>
      <w:r>
        <w:t>Award title and completion date and certificate or learner reference</w:t>
      </w:r>
    </w:p>
    <w:p w14:paraId="0E2F8574" w14:textId="77777777" w:rsidR="00A1063C" w:rsidRDefault="00A1063C">
      <w:pPr>
        <w:pBdr>
          <w:bottom w:val="single" w:sz="4" w:space="0" w:color="D9C8E0"/>
        </w:pBdr>
        <w:spacing w:after="200"/>
      </w:pPr>
    </w:p>
    <w:p w14:paraId="501F6B90" w14:textId="77777777" w:rsidR="00A1063C" w:rsidRDefault="00535AF3">
      <w:pPr>
        <w:pStyle w:val="Heading2"/>
      </w:pPr>
      <w:r>
        <w:t>Short anonymised reflection on how you apply ATTUNE and when you would seek support</w:t>
      </w:r>
    </w:p>
    <w:p w14:paraId="606E4488" w14:textId="77777777" w:rsidR="00A1063C" w:rsidRDefault="00A1063C">
      <w:pPr>
        <w:pBdr>
          <w:bottom w:val="single" w:sz="4" w:space="0" w:color="D9C8E0"/>
        </w:pBdr>
        <w:spacing w:after="200"/>
      </w:pPr>
    </w:p>
    <w:p w14:paraId="014811B7" w14:textId="77777777" w:rsidR="00A1063C" w:rsidRDefault="00A1063C">
      <w:pPr>
        <w:pBdr>
          <w:bottom w:val="single" w:sz="4" w:space="0" w:color="D9C8E0"/>
        </w:pBdr>
        <w:spacing w:after="200"/>
      </w:pPr>
    </w:p>
    <w:p w14:paraId="44DC5A12" w14:textId="77777777" w:rsidR="00A1063C" w:rsidRDefault="00A1063C">
      <w:pPr>
        <w:pBdr>
          <w:bottom w:val="single" w:sz="4" w:space="0" w:color="D9C8E0"/>
        </w:pBdr>
        <w:spacing w:after="200"/>
      </w:pPr>
    </w:p>
    <w:p w14:paraId="54782E0B" w14:textId="77777777" w:rsidR="00A1063C" w:rsidRDefault="00A1063C">
      <w:pPr>
        <w:pBdr>
          <w:bottom w:val="single" w:sz="4" w:space="0" w:color="D9C8E0"/>
        </w:pBdr>
        <w:spacing w:after="200"/>
      </w:pPr>
    </w:p>
    <w:p w14:paraId="218B4892" w14:textId="77777777" w:rsidR="00A1063C" w:rsidRDefault="00535AF3">
      <w:r/>
    </w:p>
    <w:p w14:paraId="776BC414" w14:textId="77777777" w:rsidR="00A1063C" w:rsidRDefault="00535AF3">
      <w:pPr>
        <w:pStyle w:val="Heading1"/>
        <w:shd w:val="clear" w:color="auto" w:fill="64177D"/>
        <w:ind w:left="160" w:right="160"/>
      </w:pPr>
      <w:r>
        <w:t>Application declarations</w:t>
      </w:r>
    </w:p>
    <w:p w14:paraId="7C4E388F" w14:textId="77777777" w:rsidR="00A1063C" w:rsidRDefault="00535AF3">
      <w:pPr>
        <w:pStyle w:val="Heading2"/>
      </w:pPr>
      <w:r>
        <w:t>Applicant declarations</w:t>
      </w:r>
    </w:p>
    <w:p w14:paraId="5FDCCB8B" w14:textId="77777777" w:rsidR="00A1063C" w:rsidRDefault="00535AF3">
      <w:pPr>
        <w:spacing w:after="240"/>
      </w:pPr>
      <w:r>
        <w:t>☐</w:t>
      </w:r>
      <w:r>
        <w:t xml:space="preserve">  I confirm that the information supplied is accurate and I have successfully completed an eligible award for my membership route.</w:t>
      </w:r>
    </w:p>
    <w:p w14:paraId="34798E9B" w14:textId="77777777" w:rsidR="00A1063C" w:rsidRDefault="00535AF3">
      <w:pPr>
        <w:spacing w:after="240"/>
      </w:pPr>
      <w:r>
        <w:t>☐</w:t>
      </w:r>
      <w:r>
        <w:t xml:space="preserve">  I agree to the membership terms and code of conduct supplied with this application.</w:t>
      </w:r>
    </w:p>
    <w:p w14:paraId="3660947F" w14:textId="77777777" w:rsidR="00A1063C" w:rsidRDefault="00535AF3">
      <w:pPr>
        <w:spacing w:after="240"/>
      </w:pPr>
      <w:r>
        <w:t>☐</w:t>
      </w:r>
      <w:r>
        <w:t xml:space="preserve">  I understand that the designation refers to this voluntary scheme and does not qualify me as a therapist or confer statutory registration.</w:t>
      </w:r>
    </w:p>
    <w:p w14:paraId="322D8ADA" w14:textId="77777777" w:rsidR="00A1063C" w:rsidRDefault="00535AF3">
      <w:pPr>
        <w:spacing w:after="240"/>
      </w:pPr>
      <w:r>
        <w:t>☐</w:t>
      </w:r>
      <w:r>
        <w:t xml:space="preserve">  I understand that the first approved 12 months are free, followed by optional renewal at £39 a year, with no automatic charge.</w:t>
      </w:r>
    </w:p>
    <w:p w14:paraId="1834A850" w14:textId="77777777" w:rsidR="00A1063C" w:rsidRDefault="00535AF3">
      <w:pPr>
        <w:spacing w:after="240"/>
      </w:pPr>
      <w:r>
        <w:t>☐</w:t>
      </w:r>
      <w:r>
        <w:t xml:space="preserve">  I have disclosed any relevant current safeguarding or professional restriction that may affect eligibility through the secure process provided. I will not send sensitive information on this form.</w:t>
      </w:r>
    </w:p>
    <w:p w14:paraId="3729B3BE" w14:textId="77777777" w:rsidR="00A1063C" w:rsidRDefault="00535AF3">
      <w:pPr>
        <w:spacing w:after="240"/>
      </w:pPr>
      <w:r>
        <w:t>☐</w:t>
      </w:r>
      <w:r>
        <w:t xml:space="preserve">  I have read the membership information on personal data in this pack. This acknowledgement is not consent to marketing.</w:t>
      </w:r>
    </w:p>
    <w:p w14:paraId="55E16015" w14:textId="77777777" w:rsidR="00A1063C" w:rsidRDefault="00535AF3">
      <w:pPr>
        <w:keepNext/>
      </w:pPr>
      <w:r>
        <w:t>Signature and date</w:t>
      </w:r>
    </w:p>
    <w:p w14:paraId="422FDA39" w14:textId="77777777" w:rsidR="00A1063C" w:rsidRDefault="00A1063C">
      <w:pPr>
        <w:pBdr>
          <w:bottom w:val="single" w:sz="4" w:space="0" w:color="D9C8E0"/>
        </w:pBdr>
        <w:spacing w:after="200"/>
      </w:pPr>
    </w:p>
    <w:p w14:paraId="40D39952" w14:textId="77777777" w:rsidR="00A1063C" w:rsidRDefault="00535AF3">
      <w:pPr>
        <w:pStyle w:val="Heading2"/>
      </w:pPr>
      <w:r>
        <w:t>Office use</w:t>
      </w:r>
    </w:p>
    <w:p w14:paraId="10ADA5C0" w14:textId="77777777" w:rsidR="00A1063C" w:rsidRDefault="00535AF3">
      <w:pPr>
        <w:keepNext/>
      </w:pPr>
      <w:r>
        <w:t>Award verified __________  Application reviewed by __________  Decision __________</w:t>
      </w:r>
    </w:p>
    <w:p w14:paraId="70BC6ABF" w14:textId="77777777" w:rsidR="00A1063C" w:rsidRDefault="00535AF3">
      <w:pPr>
        <w:keepNext/>
      </w:pPr>
      <w:r>
        <w:t>Member number __________  Start date __________  Expiry date __________</w:t>
      </w:r>
    </w:p>
    <w:p w14:paraId="075823D7" w14:textId="77777777" w:rsidR="00A1063C" w:rsidRDefault="00535AF3">
      <w:r/>
    </w:p>
    <w:p w14:paraId="5B63ABB9" w14:textId="77777777" w:rsidR="00A1063C" w:rsidRDefault="00535AF3">
      <w:pPr>
        <w:pStyle w:val="Heading1"/>
        <w:shd w:val="clear" w:color="auto" w:fill="64177D"/>
        <w:ind w:left="160" w:right="160"/>
      </w:pPr>
      <w:r>
        <w:t>Member information and cancellation</w:t>
      </w:r>
    </w:p>
    <w:p w14:paraId="19BFB007" w14:textId="77777777" w:rsidR="00A1063C" w:rsidRDefault="00535AF3">
      <w:r>
        <w:t>For membership applications, renewals, verification, concerns or cancellation, contact LifetrainUK Ltd through the LifetrainUK website or the contact details in your membership confirmation. Include your membership number if you have one.</w:t>
      </w:r>
    </w:p>
    <w:p w14:paraId="69D0AB85" w14:textId="77777777" w:rsidR="00A1063C" w:rsidRDefault="00535AF3">
      <w:pPr>
        <w:pStyle w:val="Heading2"/>
      </w:pPr>
      <w:r>
        <w:t>Complaints and appeals</w:t>
      </w:r>
    </w:p>
    <w:p w14:paraId="05510940" w14:textId="77777777" w:rsidR="00A1063C" w:rsidRDefault="00535AF3">
      <w:r>
        <w:t>Explain your concern and the outcome you are seeking, without including unnecessary information about children. We will acknowledge your concern within five working days and aim to provide a written response within 28 days. If more time is needed, we will explain why and give an updated timescale.</w:t>
      </w:r>
    </w:p>
    <w:p w14:paraId="10DCA05D" w14:textId="77777777" w:rsidR="00A1063C" w:rsidRDefault="00535AF3">
      <w:r>
        <w:t>If you disagree with an application or membership decision, request a review within 28 days and explain your reasons. A reviewer who was not involved in the original decision will consider the evidence and provide a written outcome. Where a director is implicated, independent handling will be arranged.</w:t>
      </w:r>
    </w:p>
    <w:p w14:paraId="7B00C787" w14:textId="77777777" w:rsidR="00A1063C" w:rsidRDefault="00535AF3">
      <w:r>
        <w:t>Report immediate danger or urgent safeguarding concerns through the appropriate emergency or statutory service. Membership enquiries are not monitored as an emergency service.</w:t>
      </w:r>
    </w:p>
    <w:p w14:paraId="67F38BA3" w14:textId="77777777" w:rsidR="00A1063C" w:rsidRDefault="00535AF3">
      <w:pPr>
        <w:pStyle w:val="Heading2"/>
      </w:pPr>
      <w:r>
        <w:t>Your personal information</w:t>
      </w:r>
    </w:p>
    <w:p w14:paraId="0540E753" w14:textId="77777777" w:rsidR="00A1063C" w:rsidRDefault="00535AF3">
      <w:r>
        <w:t>LifetrainUK Ltd is responsible for membership personal data.</w:t>
      </w:r>
    </w:p>
    <w:p w14:paraId="25F71F57" w14:textId="77777777" w:rsidR="00A1063C" w:rsidRDefault="00535AF3">
      <w:r>
        <w:t>We use application details, award evidence, membership records, CPD declarations and relevant correspondence to assess eligibility, administer membership, verify status and address concerns. We process information where necessary for the membership agreement, our legitimate interests in administering a safe and accountable scheme, and applicable legal obligations. Sensitive information is requested only where necessary and with an appropriate lawful basis.</w:t>
      </w:r>
    </w:p>
    <w:p w14:paraId="147A0B53" w14:textId="77777777" w:rsidR="00A1063C" w:rsidRDefault="00535AF3">
      <w:r>
        <w:t>Access is limited to authorised personnel and service providers supporting administration. We may share relevant information with statutory agencies where required by law or necessary for safeguarding. Verification discloses only the minimum necessary membership information. We do not publish a searchable directory of carers or use application acknowledgement as marketing consent.</w:t>
      </w:r>
    </w:p>
    <w:p w14:paraId="291123E7" w14:textId="77777777" w:rsidR="00A1063C" w:rsidRDefault="00535AF3">
      <w:r>
        <w:t>We retain information only as long as necessary for membership administration, complaints, safeguarding and legal obligations, then securely delete or anonymise it. You can contact us to ask about access, correction, erasure, restriction or objection, and data portability where applicable. You may also complain to the Information Commissioner’s Office. Further information is available in the LifetrainUK website privacy policy.</w:t>
      </w:r>
    </w:p>
    <w:p w14:paraId="119B29F7" w14:textId="77777777" w:rsidR="00A1063C" w:rsidRDefault="00535AF3">
      <w:r/>
    </w:p>
    <w:p w14:paraId="08A5A26E" w14:textId="77777777" w:rsidR="00A1063C" w:rsidRDefault="00535AF3">
      <w:pPr>
        <w:pStyle w:val="Heading1"/>
        <w:shd w:val="clear" w:color="auto" w:fill="64177D"/>
        <w:ind w:left="160" w:right="160"/>
      </w:pPr>
      <w:r>
        <w:t>Cancellation form</w:t>
      </w:r>
    </w:p>
    <w:p w14:paraId="55550431" w14:textId="77777777" w:rsidR="00A1063C" w:rsidRDefault="00535AF3">
      <w:pPr>
        <w:pStyle w:val="Heading2"/>
      </w:pPr>
      <w:r>
        <w:t>Optional cancellation wording</w:t>
      </w:r>
    </w:p>
    <w:p w14:paraId="398EA86A" w14:textId="77777777" w:rsidR="00A1063C" w:rsidRDefault="00535AF3">
      <w:r>
        <w:t>To LifetrainUK Ltd: I wish to cancel my paid Academy membership purchase or renewal.</w:t>
      </w:r>
    </w:p>
    <w:p w14:paraId="30DFB177" w14:textId="77777777" w:rsidR="00A1063C" w:rsidRDefault="00535AF3">
      <w:r>
        <w:t>Full name</w:t>
      </w:r>
    </w:p>
    <w:p w14:paraId="10A7FC99" w14:textId="77777777" w:rsidR="00A1063C" w:rsidRDefault="00A1063C">
      <w:pPr>
        <w:pBdr>
          <w:bottom w:val="single" w:sz="4" w:space="0" w:color="D9C8E0"/>
        </w:pBdr>
        <w:spacing w:after="200"/>
      </w:pPr>
    </w:p>
    <w:p w14:paraId="17922F4F" w14:textId="77777777" w:rsidR="00A1063C" w:rsidRDefault="00535AF3">
      <w:r>
        <w:t>Membership number</w:t>
      </w:r>
    </w:p>
    <w:p w14:paraId="5E2DA63D" w14:textId="77777777" w:rsidR="00A1063C" w:rsidRDefault="00A1063C">
      <w:pPr>
        <w:pBdr>
          <w:bottom w:val="single" w:sz="4" w:space="0" w:color="D9C8E0"/>
        </w:pBdr>
        <w:spacing w:after="200"/>
      </w:pPr>
    </w:p>
    <w:p w14:paraId="184F6960" w14:textId="77777777" w:rsidR="00A1063C" w:rsidRDefault="00535AF3">
      <w:r>
        <w:t>Purchase or renewal date</w:t>
      </w:r>
    </w:p>
    <w:p w14:paraId="398A3AFA" w14:textId="77777777" w:rsidR="00A1063C" w:rsidRDefault="00A1063C">
      <w:pPr>
        <w:pBdr>
          <w:bottom w:val="single" w:sz="4" w:space="0" w:color="D9C8E0"/>
        </w:pBdr>
        <w:spacing w:after="200"/>
      </w:pPr>
    </w:p>
    <w:p w14:paraId="07055E05" w14:textId="77777777" w:rsidR="00A1063C" w:rsidRDefault="00535AF3">
      <w:r>
        <w:t>Date of notice</w:t>
      </w:r>
    </w:p>
    <w:p w14:paraId="73F48715" w14:textId="77777777" w:rsidR="00A1063C" w:rsidRDefault="00A1063C">
      <w:pPr>
        <w:pBdr>
          <w:bottom w:val="single" w:sz="4" w:space="0" w:color="D9C8E0"/>
        </w:pBdr>
        <w:spacing w:after="200"/>
      </w:pPr>
    </w:p>
    <w:p w14:paraId="06EF2359" w14:textId="77777777" w:rsidR="00A1063C" w:rsidRDefault="00535AF3">
      <w:r>
        <w:t>Signature if sent on paper</w:t>
      </w:r>
    </w:p>
    <w:p w14:paraId="1F2BC468" w14:textId="77777777" w:rsidR="00A1063C" w:rsidRDefault="00A1063C">
      <w:pPr>
        <w:pBdr>
          <w:bottom w:val="single" w:sz="4" w:space="0" w:color="D9C8E0"/>
        </w:pBdr>
        <w:spacing w:after="200"/>
      </w:pPr>
    </w:p>
    <w:p w14:paraId="6D1A90A9" w14:textId="77777777" w:rsidR="00A1063C" w:rsidRDefault="00535AF3">
      <w:pPr>
        <w:pStyle w:val="Heading2"/>
      </w:pPr>
      <w:r>
        <w:t>Membership enquiries</w:t>
      </w:r>
    </w:p>
    <w:p w14:paraId="2F2C9D28" w14:textId="77777777" w:rsidR="00A1063C" w:rsidRDefault="00535AF3">
      <w:r>
        <w:t>For more information about joining, the application process or your membership, please contact info@ltuk.org.</w:t>
      </w:r>
    </w:p>
    <w:sectPr w:rsidR="00A1063C" w:rsidSect="00034616">
      <w:headerReference w:type="default" r:id="rId10"/>
      <w:footerReference w:type="default" r:id="rId11"/>
      <w:pgSz w:w="12240" w:h="15840"/>
      <w:pgMar w:top="1008" w:right="1080" w:bottom="1008"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EE1A" w14:textId="77777777" w:rsidR="00535AF3" w:rsidRDefault="00535AF3">
      <w:pPr>
        <w:spacing w:after="0" w:line="240" w:lineRule="auto"/>
      </w:pPr>
      <w:r>
        <w:separator/>
      </w:r>
    </w:p>
  </w:endnote>
  <w:endnote w:type="continuationSeparator" w:id="0">
    <w:p w14:paraId="6EDD3D2F" w14:textId="77777777" w:rsidR="00535AF3" w:rsidRDefault="00535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C14D" w14:textId="77777777" w:rsidR="00A1063C" w:rsidRDefault="00535AF3">
    <w:pPr>
      <w:pStyle w:val="Footer"/>
      <w:jc w:val="center"/>
    </w:pPr>
    <w:r>
      <w:rPr>
        <w:color w:val="64177D"/>
        <w:sz w:val="16"/>
      </w:rPr>
      <w:t xml:space="preserve">app@ltuk.org   |   ATTUNE Academy of Therapeutic Approaches   |   </w:t>
    </w:r>
    <w:r>
      <w:fldChar w:fldCharType="begin"/>
    </w:r>
    <w:r>
      <w:instrText>PAGE</w:instrText>
    </w:r>
    <w:r>
      <w:fldChar w:fldCharType="separate"/>
    </w:r>
    <w:r w:rsidR="00474DF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5FF2D" w14:textId="77777777" w:rsidR="00535AF3" w:rsidRDefault="00535AF3">
      <w:pPr>
        <w:spacing w:after="0" w:line="240" w:lineRule="auto"/>
      </w:pPr>
      <w:r>
        <w:separator/>
      </w:r>
    </w:p>
  </w:footnote>
  <w:footnote w:type="continuationSeparator" w:id="0">
    <w:p w14:paraId="6D13012A" w14:textId="77777777" w:rsidR="00535AF3" w:rsidRDefault="00535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1CD0" w14:textId="77777777" w:rsidR="00A1063C" w:rsidRDefault="00535AF3">
    <w:pPr>
      <w:pStyle w:val="Caption"/>
    </w:pPr>
    <w:r>
      <w:rPr>
        <w:color w:val="64177D"/>
      </w:rPr>
      <w:t xml:space="preserve">LifetrainUK Learning </w:t>
    </w:r>
    <w:proofErr w:type="gramStart"/>
    <w:r>
      <w:rPr>
        <w:color w:val="64177D"/>
      </w:rPr>
      <w:t>Hub  •</w:t>
    </w:r>
    <w:proofErr w:type="gramEnd"/>
    <w:r>
      <w:rPr>
        <w:color w:val="64177D"/>
      </w:rPr>
      <w:t xml:space="preserve">  AATA Membership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7613068">
    <w:abstractNumId w:val="8"/>
  </w:num>
  <w:num w:numId="2" w16cid:durableId="2096708956">
    <w:abstractNumId w:val="6"/>
  </w:num>
  <w:num w:numId="3" w16cid:durableId="995960988">
    <w:abstractNumId w:val="5"/>
  </w:num>
  <w:num w:numId="4" w16cid:durableId="1336110482">
    <w:abstractNumId w:val="4"/>
  </w:num>
  <w:num w:numId="5" w16cid:durableId="174810956">
    <w:abstractNumId w:val="7"/>
  </w:num>
  <w:num w:numId="6" w16cid:durableId="454258928">
    <w:abstractNumId w:val="3"/>
  </w:num>
  <w:num w:numId="7" w16cid:durableId="1341423282">
    <w:abstractNumId w:val="2"/>
  </w:num>
  <w:num w:numId="8" w16cid:durableId="1610120297">
    <w:abstractNumId w:val="1"/>
  </w:num>
  <w:num w:numId="9" w16cid:durableId="1369143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4DF4"/>
    <w:rsid w:val="00535AF3"/>
    <w:rsid w:val="00A1063C"/>
    <w:rsid w:val="00AA1D8D"/>
    <w:rsid w:val="00B47730"/>
    <w:rsid w:val="00BE1BD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355DAD"/>
  <w14:defaultImageDpi w14:val="300"/>
  <w15:docId w15:val="{FC65D239-FE43-4D49-8319-2216BEA85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rial" w:hAnsi="Arial"/>
      <w:color w:val="353238"/>
      <w:sz w:val="21"/>
    </w:rPr>
  </w:style>
  <w:style w:type="paragraph" w:styleId="Heading1">
    <w:name w:val="heading 1"/>
    <w:basedOn w:val="Normal"/>
    <w:next w:val="Normal"/>
    <w:link w:val="Heading1Char"/>
    <w:uiPriority w:val="9"/>
    <w:qFormat/>
    <w:rsid w:val="00FC693F"/>
    <w:pPr>
      <w:keepNext/>
      <w:keepLines/>
      <w:spacing w:before="480" w:after="320"/>
      <w:outlineLvl w:val="0"/>
    </w:pPr>
    <w:rPr>
      <w:rFonts w:asciiTheme="majorHAnsi" w:eastAsiaTheme="majorEastAsia" w:hAnsiTheme="majorHAnsi" w:cstheme="majorBidi"/>
      <w:b/>
      <w:bCs/>
      <w:color w:val="FFFFFF"/>
      <w:sz w:val="4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7800E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64177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64177D"/>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2510</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ATTUNE Academy of Therapeutic Approaches Membership Pack</dc:title>
  <dc:subject>Membership information standards terms and application</dc:subject>
  <dc:creator>LifetrainUK Ltd</dc:creator>
  <cp:keywords/>
  <dc:description>generated by python-docx</dc:description>
  <cp:lastModifiedBy>Natasha Emin</cp:lastModifiedBy>
  <cp:revision>2</cp:revision>
  <dcterms:created xsi:type="dcterms:W3CDTF">2026-10-19T13:42:00Z</dcterms:created>
  <dcterms:modified xsi:type="dcterms:W3CDTF">2026-10-19T13:42:00Z</dcterms:modified>
  <cp:category/>
</cp:coreProperties>
</file>